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13528" w14:textId="77777777" w:rsidR="00945C67" w:rsidRDefault="00000000">
      <w:pPr>
        <w:jc w:val="center"/>
      </w:pPr>
      <w:r>
        <w:rPr>
          <w:b/>
          <w:color w:val="3D5A96"/>
          <w:sz w:val="20"/>
        </w:rPr>
        <w:t>INSTITUTO DE CAPACITACIÓN PARA EL TRABAJO DEL ESTADO DE HIDALGO</w:t>
      </w:r>
    </w:p>
    <w:p w14:paraId="25011B2C" w14:textId="77777777" w:rsidR="00945C67" w:rsidRDefault="00000000">
      <w:pPr>
        <w:jc w:val="center"/>
      </w:pPr>
      <w:r>
        <w:rPr>
          <w:color w:val="3D5A96"/>
          <w:sz w:val="20"/>
        </w:rPr>
        <w:t>Campus Virtual</w:t>
      </w:r>
    </w:p>
    <w:p w14:paraId="367C2015" w14:textId="77777777" w:rsidR="00945C67" w:rsidRDefault="00000000">
      <w:pPr>
        <w:jc w:val="center"/>
      </w:pPr>
      <w:r>
        <w:rPr>
          <w:color w:val="E8755C"/>
          <w:sz w:val="16"/>
        </w:rPr>
        <w:t>──────────────────────────────────────────────────</w:t>
      </w:r>
    </w:p>
    <w:p w14:paraId="52E788D7" w14:textId="77777777" w:rsidR="00945C67" w:rsidRDefault="00000000">
      <w:pPr>
        <w:jc w:val="center"/>
      </w:pPr>
      <w:r>
        <w:rPr>
          <w:b/>
          <w:color w:val="3D5A96"/>
          <w:sz w:val="48"/>
        </w:rPr>
        <w:t>INTELIGENCIA</w:t>
      </w:r>
    </w:p>
    <w:p w14:paraId="17797753" w14:textId="77777777" w:rsidR="00945C67" w:rsidRDefault="00000000">
      <w:pPr>
        <w:jc w:val="center"/>
      </w:pPr>
      <w:r>
        <w:rPr>
          <w:b/>
          <w:color w:val="3D5A96"/>
          <w:sz w:val="48"/>
        </w:rPr>
        <w:t>ARTIFICIAL</w:t>
      </w:r>
    </w:p>
    <w:p w14:paraId="29E36F1D" w14:textId="77777777" w:rsidR="00945C67" w:rsidRDefault="00000000">
      <w:pPr>
        <w:jc w:val="center"/>
      </w:pPr>
      <w:r>
        <w:rPr>
          <w:b/>
          <w:color w:val="3D5A96"/>
          <w:sz w:val="48"/>
        </w:rPr>
        <w:t>PARA TODOS</w:t>
      </w:r>
    </w:p>
    <w:p w14:paraId="152A7BB6" w14:textId="77777777" w:rsidR="00945C67" w:rsidRDefault="00945C67"/>
    <w:p w14:paraId="19D8B63C" w14:textId="77777777" w:rsidR="00945C67" w:rsidRDefault="00000000">
      <w:pPr>
        <w:jc w:val="center"/>
      </w:pPr>
      <w:r>
        <w:rPr>
          <w:b/>
          <w:color w:val="E8755C"/>
          <w:sz w:val="28"/>
        </w:rPr>
        <w:t>Tema 3</w:t>
      </w:r>
    </w:p>
    <w:p w14:paraId="29D3C95B" w14:textId="77777777" w:rsidR="00945C67" w:rsidRDefault="00000000">
      <w:pPr>
        <w:jc w:val="center"/>
      </w:pPr>
      <w:r>
        <w:rPr>
          <w:b/>
          <w:color w:val="691B31"/>
          <w:sz w:val="32"/>
        </w:rPr>
        <w:t>Gemini: La IA de Google al Servicio de tu Vida</w:t>
      </w:r>
    </w:p>
    <w:p w14:paraId="3CE06C52" w14:textId="77777777" w:rsidR="00945C67" w:rsidRDefault="00945C67"/>
    <w:p w14:paraId="08A84B7A" w14:textId="77777777" w:rsidR="00945C67" w:rsidRDefault="00000000">
      <w:pPr>
        <w:jc w:val="center"/>
      </w:pPr>
      <w:r>
        <w:rPr>
          <w:color w:val="E8755C"/>
          <w:sz w:val="16"/>
        </w:rPr>
        <w:t>──────────────────────────────────────────────────</w:t>
      </w:r>
    </w:p>
    <w:p w14:paraId="3B6437F3" w14:textId="77777777" w:rsidR="00945C67" w:rsidRDefault="00945C67"/>
    <w:p w14:paraId="0EC33AB3" w14:textId="77777777" w:rsidR="00945C67" w:rsidRDefault="00945C67"/>
    <w:p w14:paraId="72AF9B33" w14:textId="1249968A" w:rsidR="00945C67" w:rsidRDefault="00000000">
      <w:r>
        <w:rPr>
          <w:b/>
          <w:color w:val="3D5A96"/>
          <w:sz w:val="28"/>
        </w:rPr>
        <w:t xml:space="preserve">1. Práctica </w:t>
      </w:r>
    </w:p>
    <w:p w14:paraId="55E1D9E1" w14:textId="77777777" w:rsidR="00945C67" w:rsidRDefault="00945C67"/>
    <w:p w14:paraId="54706B5F" w14:textId="77777777" w:rsidR="00945C67" w:rsidRDefault="00000000">
      <w:r>
        <w:rPr>
          <w:b/>
          <w:color w:val="3D5A96"/>
          <w:sz w:val="24"/>
        </w:rPr>
        <w:t>1.1 Mi Asistente Digital con Gemini</w:t>
      </w:r>
    </w:p>
    <w:p w14:paraId="77D40528" w14:textId="77777777" w:rsidR="00945C67" w:rsidRDefault="00945C67"/>
    <w:p w14:paraId="1BD6D415" w14:textId="77777777" w:rsidR="00945C67" w:rsidRDefault="00000000">
      <w:r>
        <w:rPr>
          <w:b/>
          <w:color w:val="3D5A96"/>
        </w:rPr>
        <w:t>Objetivo de la Práctica</w:t>
      </w:r>
    </w:p>
    <w:p w14:paraId="1B92E98C" w14:textId="77777777" w:rsidR="00945C67" w:rsidRDefault="00000000">
      <w:r>
        <w:t>Aplicar Gemini para resolver una necesidad real mediante la creación de prompts efectivos, la generación de contenido y la exploración de las capacidades multimodales de la herramienta, incluyendo la generación de imágenes con Nano Banana.</w:t>
      </w:r>
    </w:p>
    <w:p w14:paraId="6E165103" w14:textId="77777777" w:rsidR="00945C67" w:rsidRDefault="00945C67"/>
    <w:p w14:paraId="692EBFEC" w14:textId="77777777" w:rsidR="00945C67" w:rsidRDefault="00000000">
      <w:r>
        <w:rPr>
          <w:b/>
          <w:color w:val="3D5A96"/>
        </w:rPr>
        <w:t>1.2 Duración</w:t>
      </w:r>
    </w:p>
    <w:p w14:paraId="4185A6DD" w14:textId="77777777" w:rsidR="00945C67" w:rsidRDefault="00000000">
      <w:r>
        <w:t>Tiempo estimado: 1 hora a 1 hora 30 minutos.</w:t>
      </w:r>
    </w:p>
    <w:p w14:paraId="669879B9" w14:textId="77777777" w:rsidR="00945C67" w:rsidRDefault="00000000">
      <w:r>
        <w:rPr>
          <w:b/>
          <w:color w:val="3D5A96"/>
        </w:rPr>
        <w:lastRenderedPageBreak/>
        <w:t xml:space="preserve">1.3 </w:t>
      </w:r>
      <w:proofErr w:type="spellStart"/>
      <w:r>
        <w:rPr>
          <w:b/>
          <w:color w:val="3D5A96"/>
        </w:rPr>
        <w:t>Introducción</w:t>
      </w:r>
      <w:proofErr w:type="spellEnd"/>
    </w:p>
    <w:p w14:paraId="02829E3B" w14:textId="77777777" w:rsidR="00945C67" w:rsidRDefault="00000000">
      <w:r>
        <w:t>Gemini, la inteligencia artificial de Google, no solo responde preguntas: puede analizar documentos, generar textos profesionales, crear imágenes con Nano Banana y conectarse con tu información personal de Gmail, Drive y Calendar para ofrecerte respuestas personalizadas. En esta práctica, explorarás estas capacidades resolviendo un problema real de tu elección.</w:t>
      </w:r>
    </w:p>
    <w:p w14:paraId="67FCDFC0" w14:textId="77777777" w:rsidR="00945C67" w:rsidRDefault="00945C67"/>
    <w:p w14:paraId="6B20A9EF" w14:textId="77777777" w:rsidR="00945C67" w:rsidRDefault="00000000">
      <w:r>
        <w:rPr>
          <w:b/>
          <w:color w:val="3D5A96"/>
        </w:rPr>
        <w:t>1.4 Instrucciones Generales</w:t>
      </w:r>
    </w:p>
    <w:p w14:paraId="5F2416DB" w14:textId="77777777" w:rsidR="00945C67" w:rsidRDefault="00000000">
      <w:r>
        <w:t>Seleccione una de las siguientes áreas de aplicación y desarrolle todas las partes de la práctica basándose en esa elección:</w:t>
      </w:r>
    </w:p>
    <w:p w14:paraId="068DB218" w14:textId="77777777" w:rsidR="00945C67" w:rsidRDefault="00945C67"/>
    <w:tbl>
      <w:tblPr>
        <w:tblStyle w:val="Sombreadoclaro-nfasis1"/>
        <w:tblW w:w="0" w:type="auto"/>
        <w:jc w:val="center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08EF921E" w14:textId="77777777" w:rsidTr="00945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04F5F0BB" w14:textId="77777777" w:rsidR="00945C67" w:rsidRDefault="00000000">
            <w:pPr>
              <w:jc w:val="center"/>
            </w:pPr>
            <w:r>
              <w:rPr>
                <w:color w:val="3D5A96"/>
                <w:sz w:val="20"/>
              </w:rPr>
              <w:t>Opción</w:t>
            </w:r>
          </w:p>
        </w:tc>
        <w:tc>
          <w:tcPr>
            <w:tcW w:w="4703" w:type="dxa"/>
          </w:tcPr>
          <w:p w14:paraId="6A20D746" w14:textId="77777777" w:rsidR="00945C67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3D5A96"/>
                <w:sz w:val="20"/>
              </w:rPr>
              <w:t>Área de Aplicación</w:t>
            </w:r>
          </w:p>
        </w:tc>
      </w:tr>
      <w:tr w:rsidR="00945C67" w14:paraId="78B0851F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69C53BC6" w14:textId="77777777" w:rsidR="00945C67" w:rsidRDefault="00000000">
            <w:r>
              <w:rPr>
                <w:sz w:val="20"/>
              </w:rPr>
              <w:t>A. Creación de Contenido</w:t>
            </w:r>
          </w:p>
        </w:tc>
        <w:tc>
          <w:tcPr>
            <w:tcW w:w="4703" w:type="dxa"/>
          </w:tcPr>
          <w:p w14:paraId="4E930195" w14:textId="77777777" w:rsidR="00945C6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Redactar un artículo, ensayo o guion. Diseñar una campaña para redes sociales. Generar ideas creativas para un proyecto personal o profesional.</w:t>
            </w:r>
          </w:p>
        </w:tc>
      </w:tr>
      <w:tr w:rsidR="00945C67" w14:paraId="475942A1" w14:textId="77777777" w:rsidTr="00945C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26EFE7DB" w14:textId="77777777" w:rsidR="00945C67" w:rsidRDefault="00000000">
            <w:r>
              <w:rPr>
                <w:sz w:val="20"/>
              </w:rPr>
              <w:t>B. Investigación e Información</w:t>
            </w:r>
          </w:p>
        </w:tc>
        <w:tc>
          <w:tcPr>
            <w:tcW w:w="4703" w:type="dxa"/>
          </w:tcPr>
          <w:p w14:paraId="5C9E7E1F" w14:textId="77777777" w:rsidR="00945C6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Investigar un tema de interés, resumir documentos extensos o comparar distintas fuentes de información usando el grounding de búsqueda de Google.</w:t>
            </w:r>
          </w:p>
        </w:tc>
      </w:tr>
      <w:tr w:rsidR="00945C67" w14:paraId="387F8E6B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465DEC63" w14:textId="77777777" w:rsidR="00945C67" w:rsidRDefault="00000000">
            <w:r>
              <w:rPr>
                <w:sz w:val="20"/>
              </w:rPr>
              <w:t>C. Organización Personal</w:t>
            </w:r>
          </w:p>
        </w:tc>
        <w:tc>
          <w:tcPr>
            <w:tcW w:w="4703" w:type="dxa"/>
          </w:tcPr>
          <w:p w14:paraId="1C4259E6" w14:textId="77777777" w:rsidR="00945C6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Planificar un evento, organizar tareas semanales, crear un plan de estudios o diseñar una rutina de productividad personalizada.</w:t>
            </w:r>
          </w:p>
        </w:tc>
      </w:tr>
      <w:tr w:rsidR="00945C67" w14:paraId="6C8522AF" w14:textId="77777777" w:rsidTr="00945C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10876BC0" w14:textId="77777777" w:rsidR="00945C67" w:rsidRDefault="00000000">
            <w:r>
              <w:rPr>
                <w:sz w:val="20"/>
              </w:rPr>
              <w:t>D. Imagen y Diseño (Nano Banana)</w:t>
            </w:r>
          </w:p>
        </w:tc>
        <w:tc>
          <w:tcPr>
            <w:tcW w:w="4703" w:type="dxa"/>
          </w:tcPr>
          <w:p w14:paraId="363D662A" w14:textId="77777777" w:rsidR="00945C67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</w:rPr>
              <w:t>Crear una imagen 4K para un proyecto, diseñar el logo de un emprendimiento o generar una serie de imágenes consistentes para una marca personal.</w:t>
            </w:r>
          </w:p>
        </w:tc>
      </w:tr>
    </w:tbl>
    <w:p w14:paraId="5AF04130" w14:textId="77777777" w:rsidR="00945C67" w:rsidRDefault="00945C67"/>
    <w:p w14:paraId="4E01B2EA" w14:textId="77777777" w:rsidR="00945C67" w:rsidRDefault="00000000">
      <w:r>
        <w:rPr>
          <w:b/>
          <w:color w:val="3D5A96"/>
        </w:rPr>
        <w:t>1.5 Parte 1. Definición del Problema</w:t>
      </w:r>
    </w:p>
    <w:p w14:paraId="6965D418" w14:textId="2C3C5037" w:rsidR="00945C67" w:rsidRDefault="00000000">
      <w:proofErr w:type="spellStart"/>
      <w:r>
        <w:t>Tiempo</w:t>
      </w:r>
      <w:proofErr w:type="spellEnd"/>
      <w:r>
        <w:t xml:space="preserve"> </w:t>
      </w:r>
      <w:proofErr w:type="spellStart"/>
      <w:r>
        <w:t>estimado</w:t>
      </w:r>
      <w:proofErr w:type="spellEnd"/>
      <w:r>
        <w:t xml:space="preserve">: 5 </w:t>
      </w:r>
      <w:proofErr w:type="spellStart"/>
      <w:r>
        <w:t>minutos</w:t>
      </w:r>
      <w:proofErr w:type="spellEnd"/>
    </w:p>
    <w:p w14:paraId="7BFAB80F" w14:textId="20DE0C40" w:rsidR="00945C67" w:rsidRDefault="00000000">
      <w:r>
        <w:t xml:space="preserve">Describa claramente la necesidad que desea resolver utilizando Gemini. Incluya contexto, audiencia y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resultado</w:t>
      </w:r>
      <w:proofErr w:type="spellEnd"/>
      <w:r>
        <w:t xml:space="preserve"> </w:t>
      </w:r>
      <w:proofErr w:type="spellStart"/>
      <w:r>
        <w:t>esperado</w:t>
      </w:r>
      <w:proofErr w:type="spellEnd"/>
      <w: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6BA8277A" w14:textId="77777777">
        <w:tc>
          <w:tcPr>
            <w:tcW w:w="4703" w:type="dxa"/>
          </w:tcPr>
          <w:p w14:paraId="5C73FF73" w14:textId="77777777" w:rsidR="00945C67" w:rsidRDefault="00000000">
            <w:r>
              <w:rPr>
                <w:b/>
                <w:color w:val="3D5A96"/>
                <w:sz w:val="20"/>
              </w:rPr>
              <w:t>Elemento</w:t>
            </w:r>
          </w:p>
        </w:tc>
        <w:tc>
          <w:tcPr>
            <w:tcW w:w="4703" w:type="dxa"/>
          </w:tcPr>
          <w:p w14:paraId="691BD430" w14:textId="77777777" w:rsidR="00945C67" w:rsidRDefault="00000000">
            <w:r>
              <w:rPr>
                <w:b/>
                <w:color w:val="3D5A96"/>
                <w:sz w:val="20"/>
              </w:rPr>
              <w:t>Descripción</w:t>
            </w:r>
          </w:p>
        </w:tc>
      </w:tr>
      <w:tr w:rsidR="00945C67" w14:paraId="5136115A" w14:textId="77777777">
        <w:tc>
          <w:tcPr>
            <w:tcW w:w="4703" w:type="dxa"/>
          </w:tcPr>
          <w:p w14:paraId="2CFF5EB2" w14:textId="77777777" w:rsidR="00945C67" w:rsidRDefault="00000000">
            <w:r>
              <w:rPr>
                <w:b/>
                <w:sz w:val="20"/>
              </w:rPr>
              <w:t>Problema / Necesidad</w:t>
            </w:r>
          </w:p>
        </w:tc>
        <w:tc>
          <w:tcPr>
            <w:tcW w:w="4703" w:type="dxa"/>
          </w:tcPr>
          <w:p w14:paraId="5BE09161" w14:textId="77777777" w:rsidR="00945C67" w:rsidRDefault="00945C67"/>
        </w:tc>
      </w:tr>
      <w:tr w:rsidR="00945C67" w14:paraId="11587F71" w14:textId="77777777">
        <w:tc>
          <w:tcPr>
            <w:tcW w:w="4703" w:type="dxa"/>
          </w:tcPr>
          <w:p w14:paraId="22447EBE" w14:textId="77777777" w:rsidR="00945C67" w:rsidRDefault="00000000">
            <w:r>
              <w:rPr>
                <w:b/>
                <w:sz w:val="20"/>
              </w:rPr>
              <w:t>Contexto y Audiencia</w:t>
            </w:r>
          </w:p>
        </w:tc>
        <w:tc>
          <w:tcPr>
            <w:tcW w:w="4703" w:type="dxa"/>
          </w:tcPr>
          <w:p w14:paraId="38BEF8B8" w14:textId="77777777" w:rsidR="00945C67" w:rsidRDefault="00945C67"/>
        </w:tc>
      </w:tr>
      <w:tr w:rsidR="00945C67" w14:paraId="7DEF9CD2" w14:textId="77777777">
        <w:tc>
          <w:tcPr>
            <w:tcW w:w="4703" w:type="dxa"/>
          </w:tcPr>
          <w:p w14:paraId="0B1DC84D" w14:textId="77777777" w:rsidR="00945C67" w:rsidRDefault="00000000">
            <w:r>
              <w:rPr>
                <w:b/>
                <w:sz w:val="20"/>
              </w:rPr>
              <w:t>Resultado esperado</w:t>
            </w:r>
          </w:p>
        </w:tc>
        <w:tc>
          <w:tcPr>
            <w:tcW w:w="4703" w:type="dxa"/>
          </w:tcPr>
          <w:p w14:paraId="1099F8EF" w14:textId="77777777" w:rsidR="00945C67" w:rsidRDefault="00945C67"/>
        </w:tc>
      </w:tr>
    </w:tbl>
    <w:p w14:paraId="6C6026BD" w14:textId="77777777" w:rsidR="00945C67" w:rsidRDefault="00945C67"/>
    <w:p w14:paraId="75901B49" w14:textId="77777777" w:rsidR="00AC1851" w:rsidRDefault="00AC1851">
      <w:pPr>
        <w:rPr>
          <w:b/>
          <w:color w:val="3D5A96"/>
        </w:rPr>
      </w:pPr>
    </w:p>
    <w:p w14:paraId="5846F137" w14:textId="77777777" w:rsidR="00AC1851" w:rsidRDefault="00AC1851">
      <w:pPr>
        <w:rPr>
          <w:b/>
          <w:color w:val="3D5A96"/>
        </w:rPr>
      </w:pPr>
    </w:p>
    <w:p w14:paraId="1369AC3F" w14:textId="77777777" w:rsidR="00AC1851" w:rsidRDefault="00AC1851">
      <w:pPr>
        <w:rPr>
          <w:b/>
          <w:color w:val="3D5A96"/>
        </w:rPr>
      </w:pPr>
    </w:p>
    <w:p w14:paraId="3FBB03A4" w14:textId="34A0AF16" w:rsidR="00945C67" w:rsidRDefault="00000000">
      <w:r>
        <w:rPr>
          <w:b/>
          <w:color w:val="3D5A96"/>
        </w:rPr>
        <w:lastRenderedPageBreak/>
        <w:t xml:space="preserve">1.6 </w:t>
      </w:r>
      <w:proofErr w:type="spellStart"/>
      <w:r>
        <w:rPr>
          <w:b/>
          <w:color w:val="3D5A96"/>
        </w:rPr>
        <w:t>Parte</w:t>
      </w:r>
      <w:proofErr w:type="spellEnd"/>
      <w:r>
        <w:rPr>
          <w:b/>
          <w:color w:val="3D5A96"/>
        </w:rPr>
        <w:t xml:space="preserve"> 2. Creación del Prompt Inicial</w:t>
      </w:r>
    </w:p>
    <w:p w14:paraId="04878279" w14:textId="77777777" w:rsidR="00945C67" w:rsidRDefault="00000000">
      <w:r>
        <w:t>Tiempo estimado: 5 minutos</w:t>
      </w:r>
    </w:p>
    <w:p w14:paraId="5DA511E7" w14:textId="77777777" w:rsidR="00945C67" w:rsidRDefault="00945C67"/>
    <w:p w14:paraId="20ACC2BB" w14:textId="77777777" w:rsidR="00945C67" w:rsidRDefault="00000000">
      <w:r>
        <w:t>Redacte un prompt sencillo utilizando sus conocimientos actuales, sin aplicar técnicas avanzadas de ingeniería de prompts.</w:t>
      </w:r>
    </w:p>
    <w:p w14:paraId="1EB7446C" w14:textId="77777777" w:rsidR="00945C67" w:rsidRDefault="00945C67"/>
    <w:p w14:paraId="77C89775" w14:textId="77777777" w:rsidR="00945C67" w:rsidRDefault="00000000">
      <w:r>
        <w:rPr>
          <w:b/>
          <w:color w:val="E8755C"/>
          <w:sz w:val="20"/>
        </w:rPr>
        <w:t>Ejemplo:</w:t>
      </w:r>
    </w:p>
    <w:p w14:paraId="6567547E" w14:textId="77777777" w:rsidR="00945C67" w:rsidRDefault="00000000">
      <w:r>
        <w:t>“Recomiéndame ejercicios para hacer en casa.”</w:t>
      </w:r>
    </w:p>
    <w:p w14:paraId="482162AE" w14:textId="77777777" w:rsidR="00945C67" w:rsidRDefault="00945C6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0A6FC091" w14:textId="77777777">
        <w:tc>
          <w:tcPr>
            <w:tcW w:w="4703" w:type="dxa"/>
          </w:tcPr>
          <w:p w14:paraId="43D37F2F" w14:textId="77777777" w:rsidR="00945C67" w:rsidRDefault="00000000">
            <w:r>
              <w:rPr>
                <w:b/>
                <w:color w:val="3D5A96"/>
              </w:rPr>
              <w:t>Actividad</w:t>
            </w:r>
          </w:p>
        </w:tc>
        <w:tc>
          <w:tcPr>
            <w:tcW w:w="4703" w:type="dxa"/>
          </w:tcPr>
          <w:p w14:paraId="23C2FCFA" w14:textId="77777777" w:rsidR="00945C67" w:rsidRDefault="00000000">
            <w:r>
              <w:rPr>
                <w:b/>
                <w:color w:val="3D5A96"/>
              </w:rPr>
              <w:t>Resultado</w:t>
            </w:r>
          </w:p>
        </w:tc>
      </w:tr>
      <w:tr w:rsidR="00945C67" w14:paraId="65421703" w14:textId="77777777">
        <w:tc>
          <w:tcPr>
            <w:tcW w:w="4703" w:type="dxa"/>
          </w:tcPr>
          <w:p w14:paraId="7C3B218F" w14:textId="77777777" w:rsidR="00945C67" w:rsidRDefault="00000000">
            <w:r>
              <w:t>Escriba su prompt inicial y capture el resultado obtenido en Gemini.</w:t>
            </w:r>
          </w:p>
        </w:tc>
        <w:tc>
          <w:tcPr>
            <w:tcW w:w="4703" w:type="dxa"/>
          </w:tcPr>
          <w:p w14:paraId="03837592" w14:textId="77777777" w:rsidR="00945C67" w:rsidRDefault="00945C67"/>
        </w:tc>
      </w:tr>
    </w:tbl>
    <w:p w14:paraId="3379B80A" w14:textId="77777777" w:rsidR="00945C67" w:rsidRDefault="00945C67"/>
    <w:p w14:paraId="5F962B53" w14:textId="77777777" w:rsidR="00945C67" w:rsidRDefault="00000000">
      <w:r>
        <w:rPr>
          <w:b/>
          <w:color w:val="3D5A96"/>
        </w:rPr>
        <w:t>1.7 Parte 3. Aplicación de Ingeniería de Prompts</w:t>
      </w:r>
    </w:p>
    <w:p w14:paraId="1F090B3C" w14:textId="77777777" w:rsidR="00945C67" w:rsidRDefault="00000000">
      <w:r>
        <w:t>Tiempo estimado: 15 minutos</w:t>
      </w:r>
    </w:p>
    <w:p w14:paraId="3900CED8" w14:textId="77777777" w:rsidR="00945C67" w:rsidRDefault="00945C67"/>
    <w:p w14:paraId="6F0C0A56" w14:textId="77777777" w:rsidR="00945C67" w:rsidRDefault="00000000">
      <w:r>
        <w:t>Mejore el prompt anterior utilizando la estructura RICE aprendida durante el curso:</w:t>
      </w:r>
    </w:p>
    <w:p w14:paraId="3BF5653A" w14:textId="77777777" w:rsidR="00945C67" w:rsidRDefault="00945C67"/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0B479988" w14:textId="77777777" w:rsidTr="00945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50392FC5" w14:textId="77777777" w:rsidR="00945C67" w:rsidRDefault="00000000">
            <w:r>
              <w:rPr>
                <w:color w:val="3D5A96"/>
              </w:rPr>
              <w:t>Elemento</w:t>
            </w:r>
          </w:p>
        </w:tc>
        <w:tc>
          <w:tcPr>
            <w:tcW w:w="4703" w:type="dxa"/>
          </w:tcPr>
          <w:p w14:paraId="3CEA8045" w14:textId="77777777" w:rsidR="00945C6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3D5A96"/>
              </w:rPr>
              <w:t>Descripción</w:t>
            </w:r>
          </w:p>
        </w:tc>
      </w:tr>
      <w:tr w:rsidR="00945C67" w14:paraId="3AFF30DE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54D9AE4D" w14:textId="4C21B238" w:rsidR="00945C67" w:rsidRDefault="00000000">
            <w:r>
              <w:rPr>
                <w:sz w:val="20"/>
              </w:rPr>
              <w:t xml:space="preserve">R </w:t>
            </w:r>
            <w:r w:rsidR="00AC1851">
              <w:rPr>
                <w:sz w:val="20"/>
              </w:rPr>
              <w:t>–</w:t>
            </w:r>
            <w:r>
              <w:rPr>
                <w:sz w:val="20"/>
              </w:rPr>
              <w:t xml:space="preserve"> Rol</w:t>
            </w:r>
          </w:p>
        </w:tc>
        <w:tc>
          <w:tcPr>
            <w:tcW w:w="4703" w:type="dxa"/>
          </w:tcPr>
          <w:p w14:paraId="3E00AD25" w14:textId="77777777" w:rsidR="00945C6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Asigne un perfil o personalidad a Gemini. Ej: "Actúa como un experto en..."</w:t>
            </w:r>
          </w:p>
        </w:tc>
      </w:tr>
      <w:tr w:rsidR="00945C67" w14:paraId="4CCD9EDC" w14:textId="77777777" w:rsidTr="00945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6B0298FA" w14:textId="3DD306FB" w:rsidR="00945C67" w:rsidRDefault="00000000">
            <w:r>
              <w:rPr>
                <w:sz w:val="20"/>
              </w:rPr>
              <w:t xml:space="preserve">I </w:t>
            </w:r>
            <w:r w:rsidR="00AC1851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Instrucción</w:t>
            </w:r>
            <w:proofErr w:type="spellEnd"/>
          </w:p>
        </w:tc>
        <w:tc>
          <w:tcPr>
            <w:tcW w:w="4703" w:type="dxa"/>
          </w:tcPr>
          <w:p w14:paraId="5DB390FA" w14:textId="77777777" w:rsidR="00945C67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Describa exactamente lo que debe hacer. Sea específico.</w:t>
            </w:r>
          </w:p>
        </w:tc>
      </w:tr>
      <w:tr w:rsidR="00945C67" w14:paraId="03D8E20A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0754482D" w14:textId="70C1043D" w:rsidR="00945C67" w:rsidRDefault="00000000">
            <w:r>
              <w:rPr>
                <w:sz w:val="20"/>
              </w:rPr>
              <w:t xml:space="preserve">C </w:t>
            </w:r>
            <w:r w:rsidR="00AC1851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Contexto</w:t>
            </w:r>
            <w:proofErr w:type="spellEnd"/>
          </w:p>
        </w:tc>
        <w:tc>
          <w:tcPr>
            <w:tcW w:w="4703" w:type="dxa"/>
          </w:tcPr>
          <w:p w14:paraId="47618930" w14:textId="77777777" w:rsidR="00945C67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</w:rPr>
              <w:t>Proporcione antecedentes, audiencia y propósito.</w:t>
            </w:r>
          </w:p>
        </w:tc>
      </w:tr>
      <w:tr w:rsidR="00945C67" w14:paraId="584C050B" w14:textId="77777777" w:rsidTr="00945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326446D1" w14:textId="453041FC" w:rsidR="00945C67" w:rsidRDefault="00000000">
            <w:r>
              <w:rPr>
                <w:sz w:val="20"/>
              </w:rPr>
              <w:t xml:space="preserve">E </w:t>
            </w:r>
            <w:r w:rsidR="00AC1851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Ejecución</w:t>
            </w:r>
            <w:proofErr w:type="spellEnd"/>
          </w:p>
        </w:tc>
        <w:tc>
          <w:tcPr>
            <w:tcW w:w="4703" w:type="dxa"/>
          </w:tcPr>
          <w:p w14:paraId="4BFD87B5" w14:textId="77777777" w:rsidR="00945C67" w:rsidRDefault="0000000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sz w:val="20"/>
              </w:rPr>
              <w:t>Defina el formato de la respuesta (tabla, lista, párrafo, etc.).</w:t>
            </w:r>
          </w:p>
        </w:tc>
      </w:tr>
    </w:tbl>
    <w:p w14:paraId="776A4C1D" w14:textId="77777777" w:rsidR="00945C67" w:rsidRDefault="00945C67"/>
    <w:p w14:paraId="43F6DB90" w14:textId="77777777" w:rsidR="00945C67" w:rsidRDefault="00000000">
      <w:r>
        <w:rPr>
          <w:b/>
          <w:color w:val="E8755C"/>
          <w:sz w:val="20"/>
        </w:rPr>
        <w:t>Ejemplo mejorado con RICE:</w:t>
      </w:r>
    </w:p>
    <w:p w14:paraId="7051F3DC" w14:textId="77777777" w:rsidR="00945C67" w:rsidRDefault="00000000">
      <w:r>
        <w:t>“Actúa como un entrenador físico certificado. Necesito una rutina de ejercicios para principiantes que pueda hacer en casa sin equipo, para una persona que trabaja 8 horas sentada. Proporcióname 5 ejercicios con instrucciones paso a paso, incluyendo el número de repeticiones y el tiempo de descanso. Entrégalo en formato tabla.”</w:t>
      </w:r>
    </w:p>
    <w:p w14:paraId="130522E1" w14:textId="77777777" w:rsidR="00945C67" w:rsidRDefault="00945C6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57232E90" w14:textId="77777777">
        <w:tc>
          <w:tcPr>
            <w:tcW w:w="4703" w:type="dxa"/>
          </w:tcPr>
          <w:p w14:paraId="4717D134" w14:textId="77777777" w:rsidR="00945C67" w:rsidRDefault="00000000">
            <w:r>
              <w:rPr>
                <w:b/>
                <w:color w:val="3D5A96"/>
              </w:rPr>
              <w:t>Actividad</w:t>
            </w:r>
          </w:p>
        </w:tc>
        <w:tc>
          <w:tcPr>
            <w:tcW w:w="4703" w:type="dxa"/>
          </w:tcPr>
          <w:p w14:paraId="77C18BF5" w14:textId="77777777" w:rsidR="00945C67" w:rsidRDefault="00000000">
            <w:r>
              <w:rPr>
                <w:b/>
                <w:color w:val="3D5A96"/>
              </w:rPr>
              <w:t>Resultado</w:t>
            </w:r>
          </w:p>
        </w:tc>
      </w:tr>
      <w:tr w:rsidR="00945C67" w14:paraId="53C427D8" w14:textId="77777777">
        <w:tc>
          <w:tcPr>
            <w:tcW w:w="4703" w:type="dxa"/>
          </w:tcPr>
          <w:p w14:paraId="7BBE2E30" w14:textId="77777777" w:rsidR="00945C67" w:rsidRDefault="00000000">
            <w:r>
              <w:t>Escriba su prompt mejorado con RICE y capture el resultado.</w:t>
            </w:r>
          </w:p>
        </w:tc>
        <w:tc>
          <w:tcPr>
            <w:tcW w:w="4703" w:type="dxa"/>
          </w:tcPr>
          <w:p w14:paraId="49FEEC83" w14:textId="77777777" w:rsidR="00945C67" w:rsidRDefault="00945C67"/>
        </w:tc>
      </w:tr>
    </w:tbl>
    <w:p w14:paraId="27396389" w14:textId="77777777" w:rsidR="00945C67" w:rsidRDefault="00945C67"/>
    <w:p w14:paraId="5FAC3EFB" w14:textId="77777777" w:rsidR="00945C67" w:rsidRDefault="00000000">
      <w:r>
        <w:rPr>
          <w:b/>
          <w:color w:val="3D5A96"/>
        </w:rPr>
        <w:t>1.8 Parte 4. Integración con el Ecosistema Google</w:t>
      </w:r>
    </w:p>
    <w:p w14:paraId="6DF91692" w14:textId="77777777" w:rsidR="00945C67" w:rsidRDefault="00000000">
      <w:r>
        <w:t>Tiempo estimado: 10 minutos</w:t>
      </w:r>
    </w:p>
    <w:p w14:paraId="07E3D4C1" w14:textId="77777777" w:rsidR="00945C67" w:rsidRDefault="00945C67"/>
    <w:p w14:paraId="4A65B160" w14:textId="77777777" w:rsidR="00945C67" w:rsidRDefault="00000000">
      <w:r>
        <w:t>Gemini puede conectarse con Gmail, Drive y Calendar. En esta parte, aproveche esta capacidad para enriquecer su proyecto:</w:t>
      </w:r>
    </w:p>
    <w:p w14:paraId="3A5291BB" w14:textId="77777777" w:rsidR="00945C67" w:rsidRDefault="00945C67"/>
    <w:p w14:paraId="0CAD9551" w14:textId="77777777" w:rsidR="00945C67" w:rsidRDefault="00000000">
      <w:r>
        <w:rPr>
          <w:b/>
          <w:color w:val="E8755C"/>
          <w:sz w:val="20"/>
        </w:rPr>
        <w:t>Ejemplo:</w:t>
      </w:r>
    </w:p>
    <w:p w14:paraId="7A460ADB" w14:textId="77777777" w:rsidR="00945C67" w:rsidRDefault="00000000">
      <w:r>
        <w:t>“Revisa mi calendario de la próxima semana y mis correos de Gmail para identificar los horarios libres y las prioridades. Con base en eso, créame un plan de estudio personalizado para preparar mi examen.”</w:t>
      </w:r>
    </w:p>
    <w:p w14:paraId="6C1B69DE" w14:textId="77777777" w:rsidR="00945C67" w:rsidRDefault="00945C6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2DCFC57B" w14:textId="77777777">
        <w:tc>
          <w:tcPr>
            <w:tcW w:w="4703" w:type="dxa"/>
          </w:tcPr>
          <w:p w14:paraId="72B962A8" w14:textId="77777777" w:rsidR="00945C67" w:rsidRDefault="00000000">
            <w:r>
              <w:rPr>
                <w:b/>
                <w:color w:val="3D5A96"/>
              </w:rPr>
              <w:t>Actividad</w:t>
            </w:r>
          </w:p>
        </w:tc>
        <w:tc>
          <w:tcPr>
            <w:tcW w:w="4703" w:type="dxa"/>
          </w:tcPr>
          <w:p w14:paraId="4D0AAE5B" w14:textId="77777777" w:rsidR="00945C67" w:rsidRDefault="00000000">
            <w:r>
              <w:rPr>
                <w:b/>
                <w:color w:val="3D5A96"/>
              </w:rPr>
              <w:t>Resultado</w:t>
            </w:r>
          </w:p>
        </w:tc>
      </w:tr>
      <w:tr w:rsidR="00945C67" w14:paraId="6C7F1C60" w14:textId="77777777">
        <w:tc>
          <w:tcPr>
            <w:tcW w:w="4703" w:type="dxa"/>
          </w:tcPr>
          <w:p w14:paraId="16D7D328" w14:textId="77777777" w:rsidR="00945C67" w:rsidRDefault="00000000">
            <w:r>
              <w:t>Escriba un prompt que integre información de Gmail, Drive o Calendar. Capture el resultado obtenido.</w:t>
            </w:r>
          </w:p>
        </w:tc>
        <w:tc>
          <w:tcPr>
            <w:tcW w:w="4703" w:type="dxa"/>
          </w:tcPr>
          <w:p w14:paraId="70CC6657" w14:textId="77777777" w:rsidR="00945C67" w:rsidRDefault="00945C67"/>
        </w:tc>
      </w:tr>
    </w:tbl>
    <w:p w14:paraId="637089FB" w14:textId="77777777" w:rsidR="00945C67" w:rsidRDefault="00945C67"/>
    <w:p w14:paraId="6F6A4CCE" w14:textId="77777777" w:rsidR="00945C67" w:rsidRDefault="00000000">
      <w:r>
        <w:rPr>
          <w:b/>
          <w:color w:val="3D5A96"/>
        </w:rPr>
        <w:t>1.9 Parte 5. Generación de Imagen con Nano Banana</w:t>
      </w:r>
    </w:p>
    <w:p w14:paraId="5C1166E2" w14:textId="77777777" w:rsidR="00945C67" w:rsidRDefault="00000000">
      <w:r>
        <w:t>Tiempo estimado: 10 minutos</w:t>
      </w:r>
    </w:p>
    <w:p w14:paraId="22A4C33F" w14:textId="77777777" w:rsidR="00945C67" w:rsidRDefault="00945C67"/>
    <w:p w14:paraId="25E304E1" w14:textId="77777777" w:rsidR="00945C67" w:rsidRDefault="00000000">
      <w:r>
        <w:t>Utilice Nano Banana (el generador de imágenes de Gemini) para generar una imagen relacionada con el proyecto que está desarrollando.</w:t>
      </w:r>
    </w:p>
    <w:p w14:paraId="113F0009" w14:textId="77777777" w:rsidR="00945C67" w:rsidRDefault="00945C67"/>
    <w:p w14:paraId="38F11A02" w14:textId="77777777" w:rsidR="00945C67" w:rsidRDefault="00000000">
      <w:r>
        <w:rPr>
          <w:b/>
          <w:color w:val="E8755C"/>
          <w:sz w:val="20"/>
        </w:rPr>
        <w:t>Ejemplo:</w:t>
      </w:r>
    </w:p>
    <w:p w14:paraId="147F962C" w14:textId="77777777" w:rsidR="00945C67" w:rsidRDefault="00000000">
      <w:r>
        <w:t>“Genera una imagen 4K de una persona haciendo ejercicio en su sala con una esterilla, luz natural entrando por la ventana, estilo fotorrealista, formato horizontal.”</w:t>
      </w:r>
    </w:p>
    <w:p w14:paraId="7DB0C87C" w14:textId="77777777" w:rsidR="00945C67" w:rsidRDefault="00945C6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516A2824" w14:textId="77777777">
        <w:tc>
          <w:tcPr>
            <w:tcW w:w="4703" w:type="dxa"/>
          </w:tcPr>
          <w:p w14:paraId="02082739" w14:textId="77777777" w:rsidR="00945C67" w:rsidRDefault="00000000">
            <w:r>
              <w:rPr>
                <w:b/>
                <w:color w:val="3D5A96"/>
              </w:rPr>
              <w:lastRenderedPageBreak/>
              <w:t>Actividad</w:t>
            </w:r>
          </w:p>
        </w:tc>
        <w:tc>
          <w:tcPr>
            <w:tcW w:w="4703" w:type="dxa"/>
          </w:tcPr>
          <w:p w14:paraId="0DD57806" w14:textId="77777777" w:rsidR="00945C67" w:rsidRDefault="00000000">
            <w:r>
              <w:rPr>
                <w:b/>
                <w:color w:val="3D5A96"/>
              </w:rPr>
              <w:t>Resultado</w:t>
            </w:r>
          </w:p>
        </w:tc>
      </w:tr>
      <w:tr w:rsidR="00945C67" w14:paraId="4D18A6A3" w14:textId="77777777">
        <w:tc>
          <w:tcPr>
            <w:tcW w:w="4703" w:type="dxa"/>
          </w:tcPr>
          <w:p w14:paraId="7092D321" w14:textId="77777777" w:rsidR="00945C67" w:rsidRDefault="00000000">
            <w:r>
              <w:t>1. Escriba el prompt utilizado para generar la imagen:</w:t>
            </w:r>
          </w:p>
        </w:tc>
        <w:tc>
          <w:tcPr>
            <w:tcW w:w="4703" w:type="dxa"/>
          </w:tcPr>
          <w:p w14:paraId="4BBA81F6" w14:textId="77777777" w:rsidR="00945C67" w:rsidRDefault="00945C67"/>
        </w:tc>
      </w:tr>
      <w:tr w:rsidR="00945C67" w14:paraId="5A759A84" w14:textId="77777777">
        <w:tc>
          <w:tcPr>
            <w:tcW w:w="4703" w:type="dxa"/>
          </w:tcPr>
          <w:p w14:paraId="45BDA71D" w14:textId="77777777" w:rsidR="00945C67" w:rsidRDefault="00000000">
            <w:r>
              <w:t>2. Inserte o pegue la imagen generada en el espacio siguiente:</w:t>
            </w:r>
          </w:p>
        </w:tc>
        <w:tc>
          <w:tcPr>
            <w:tcW w:w="4703" w:type="dxa"/>
          </w:tcPr>
          <w:p w14:paraId="17C0CC98" w14:textId="77777777" w:rsidR="00945C67" w:rsidRDefault="00945C67"/>
        </w:tc>
      </w:tr>
    </w:tbl>
    <w:p w14:paraId="6CB595BD" w14:textId="77777777" w:rsidR="00945C67" w:rsidRDefault="00945C67"/>
    <w:p w14:paraId="0D3E610F" w14:textId="77777777" w:rsidR="00945C67" w:rsidRDefault="00000000">
      <w:r>
        <w:rPr>
          <w:b/>
          <w:color w:val="3D5A96"/>
        </w:rPr>
        <w:t>1.10 Parte 6. Comparación y Análisis</w:t>
      </w:r>
    </w:p>
    <w:p w14:paraId="2D1E376B" w14:textId="77777777" w:rsidR="00945C67" w:rsidRDefault="00000000">
      <w:r>
        <w:t>Tiempo estimado: 15 minutos</w:t>
      </w:r>
    </w:p>
    <w:p w14:paraId="7B40DBD5" w14:textId="77777777" w:rsidR="00945C67" w:rsidRDefault="00945C67"/>
    <w:p w14:paraId="023E8407" w14:textId="77777777" w:rsidR="00945C67" w:rsidRDefault="00000000">
      <w:r>
        <w:t>Compare los resultados obtenidos con el prompt inicial versus el prompt mejorado con RICE:</w:t>
      </w:r>
    </w:p>
    <w:p w14:paraId="335BA795" w14:textId="77777777" w:rsidR="00945C67" w:rsidRDefault="00945C67"/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3135"/>
        <w:gridCol w:w="3135"/>
        <w:gridCol w:w="3135"/>
      </w:tblGrid>
      <w:tr w:rsidR="00945C67" w14:paraId="60E59EF5" w14:textId="77777777" w:rsidTr="00945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</w:tcPr>
          <w:p w14:paraId="5E38CAF5" w14:textId="77777777" w:rsidR="00945C67" w:rsidRDefault="00000000">
            <w:r>
              <w:rPr>
                <w:color w:val="3D5A96"/>
                <w:sz w:val="20"/>
              </w:rPr>
              <w:t>Aspecto</w:t>
            </w:r>
          </w:p>
        </w:tc>
        <w:tc>
          <w:tcPr>
            <w:tcW w:w="3135" w:type="dxa"/>
          </w:tcPr>
          <w:p w14:paraId="43CF02F4" w14:textId="77777777" w:rsidR="00945C6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3D5A96"/>
                <w:sz w:val="20"/>
              </w:rPr>
              <w:t>Prompt Inicial</w:t>
            </w:r>
          </w:p>
        </w:tc>
        <w:tc>
          <w:tcPr>
            <w:tcW w:w="3135" w:type="dxa"/>
          </w:tcPr>
          <w:p w14:paraId="77B11E55" w14:textId="77777777" w:rsidR="00945C67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3D5A96"/>
                <w:sz w:val="20"/>
              </w:rPr>
              <w:t>Prompt Mejorado (RICE)</w:t>
            </w:r>
          </w:p>
        </w:tc>
      </w:tr>
      <w:tr w:rsidR="00945C67" w14:paraId="18FDA08D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</w:tcPr>
          <w:p w14:paraId="64101569" w14:textId="77777777" w:rsidR="00945C67" w:rsidRDefault="00000000">
            <w:r>
              <w:t>Calidad de la respuesta</w:t>
            </w:r>
          </w:p>
        </w:tc>
        <w:tc>
          <w:tcPr>
            <w:tcW w:w="3135" w:type="dxa"/>
          </w:tcPr>
          <w:p w14:paraId="58125960" w14:textId="77777777" w:rsidR="00945C67" w:rsidRDefault="00945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35" w:type="dxa"/>
          </w:tcPr>
          <w:p w14:paraId="52FB97DB" w14:textId="77777777" w:rsidR="00945C67" w:rsidRDefault="00945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45C67" w14:paraId="2167ADC1" w14:textId="77777777" w:rsidTr="00945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</w:tcPr>
          <w:p w14:paraId="5504FB97" w14:textId="77777777" w:rsidR="00945C67" w:rsidRDefault="00000000">
            <w:r>
              <w:t>Relevancia y precisión</w:t>
            </w:r>
          </w:p>
        </w:tc>
        <w:tc>
          <w:tcPr>
            <w:tcW w:w="3135" w:type="dxa"/>
          </w:tcPr>
          <w:p w14:paraId="3B34BCCD" w14:textId="77777777" w:rsidR="00945C67" w:rsidRDefault="00945C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135" w:type="dxa"/>
          </w:tcPr>
          <w:p w14:paraId="713BE25B" w14:textId="77777777" w:rsidR="00945C67" w:rsidRDefault="00945C6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45C67" w14:paraId="58FDA204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5" w:type="dxa"/>
          </w:tcPr>
          <w:p w14:paraId="21817FC9" w14:textId="77777777" w:rsidR="00945C67" w:rsidRDefault="00000000">
            <w:r>
              <w:t>Utilidad práctica</w:t>
            </w:r>
          </w:p>
        </w:tc>
        <w:tc>
          <w:tcPr>
            <w:tcW w:w="3135" w:type="dxa"/>
          </w:tcPr>
          <w:p w14:paraId="000FFE1E" w14:textId="77777777" w:rsidR="00945C67" w:rsidRDefault="00945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35" w:type="dxa"/>
          </w:tcPr>
          <w:p w14:paraId="00946BF1" w14:textId="77777777" w:rsidR="00945C67" w:rsidRDefault="00945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53D540F" w14:textId="77777777" w:rsidR="00945C67" w:rsidRDefault="00945C67"/>
    <w:p w14:paraId="6CCE6E88" w14:textId="77777777" w:rsidR="00945C67" w:rsidRDefault="00000000">
      <w:r>
        <w:t>Responda: ¿Qué diferencias encontró al aplicar la estructura RICE? ¿Cómo mejoró la calidad de la respuesta?</w:t>
      </w:r>
    </w:p>
    <w:p w14:paraId="46734241" w14:textId="77777777" w:rsidR="00945C67" w:rsidRDefault="00000000">
      <w:r>
        <w:t>(Escriba al menos 80 palabras)</w:t>
      </w:r>
    </w:p>
    <w:p w14:paraId="4EC1925A" w14:textId="77777777" w:rsidR="00945C67" w:rsidRDefault="00000000">
      <w:r>
        <w:t>________________________________________________________________________________</w:t>
      </w:r>
    </w:p>
    <w:p w14:paraId="73185F42" w14:textId="77777777" w:rsidR="00945C67" w:rsidRDefault="00000000">
      <w:r>
        <w:t>________________________________________________________________________________</w:t>
      </w:r>
    </w:p>
    <w:p w14:paraId="090B5BA5" w14:textId="77777777" w:rsidR="00945C67" w:rsidRDefault="00000000">
      <w:r>
        <w:t>________________________________________________________________________________</w:t>
      </w:r>
    </w:p>
    <w:p w14:paraId="13C77560" w14:textId="77777777" w:rsidR="00945C67" w:rsidRDefault="00945C67"/>
    <w:p w14:paraId="53016F7B" w14:textId="77777777" w:rsidR="00AC1851" w:rsidRDefault="00AC1851"/>
    <w:p w14:paraId="2694919A" w14:textId="77777777" w:rsidR="00AC1851" w:rsidRDefault="00AC1851"/>
    <w:p w14:paraId="7460EAF7" w14:textId="77777777" w:rsidR="00AC1851" w:rsidRDefault="00AC1851"/>
    <w:p w14:paraId="6ADE3C9F" w14:textId="77777777" w:rsidR="00AC1851" w:rsidRDefault="00AC1851"/>
    <w:p w14:paraId="2BE48CF7" w14:textId="77777777" w:rsidR="00AC1851" w:rsidRDefault="00AC1851"/>
    <w:p w14:paraId="0943630F" w14:textId="77777777" w:rsidR="00AC1851" w:rsidRDefault="00AC1851"/>
    <w:p w14:paraId="0B41F27F" w14:textId="77777777" w:rsidR="00AC1851" w:rsidRDefault="00AC1851"/>
    <w:p w14:paraId="65EEB2B3" w14:textId="77777777" w:rsidR="00945C67" w:rsidRDefault="00000000">
      <w:r>
        <w:rPr>
          <w:b/>
          <w:color w:val="3D5A96"/>
        </w:rPr>
        <w:lastRenderedPageBreak/>
        <w:t>1.11 Entregables</w:t>
      </w:r>
    </w:p>
    <w:p w14:paraId="114A5A2B" w14:textId="77777777" w:rsidR="00945C67" w:rsidRDefault="00945C67"/>
    <w:p w14:paraId="6510DA5E" w14:textId="38B3C058" w:rsidR="00945C67" w:rsidRDefault="00000000">
      <w:r>
        <w:t xml:space="preserve">El participante deberá entregar un </w:t>
      </w:r>
      <w:proofErr w:type="spellStart"/>
      <w:r>
        <w:t>documento</w:t>
      </w:r>
      <w:proofErr w:type="spellEnd"/>
      <w:r>
        <w:t xml:space="preserve"> PDF que </w:t>
      </w:r>
      <w:proofErr w:type="spellStart"/>
      <w:r>
        <w:t>incluya</w:t>
      </w:r>
      <w:proofErr w:type="spellEnd"/>
      <w:r>
        <w:t>:</w:t>
      </w:r>
    </w:p>
    <w:p w14:paraId="529626EF" w14:textId="77777777" w:rsidR="00945C67" w:rsidRDefault="00000000">
      <w:pPr>
        <w:pStyle w:val="Listaconvietas"/>
      </w:pPr>
      <w:r>
        <w:t>Portada con sus datos.</w:t>
      </w:r>
    </w:p>
    <w:p w14:paraId="6560700B" w14:textId="77777777" w:rsidR="00945C67" w:rsidRDefault="00000000">
      <w:pPr>
        <w:pStyle w:val="Listaconvietas"/>
      </w:pPr>
      <w:r>
        <w:t>Problema seleccionado (Parte 1).</w:t>
      </w:r>
    </w:p>
    <w:p w14:paraId="3FB7524D" w14:textId="77777777" w:rsidR="00945C67" w:rsidRDefault="00000000">
      <w:pPr>
        <w:pStyle w:val="Listaconvietas"/>
      </w:pPr>
      <w:r>
        <w:t>Prompt inicial (Parte 2) y resultado de Gemini.</w:t>
      </w:r>
    </w:p>
    <w:p w14:paraId="76DD3AEC" w14:textId="77777777" w:rsidR="00945C67" w:rsidRDefault="00000000">
      <w:pPr>
        <w:pStyle w:val="Listaconvietas"/>
      </w:pPr>
      <w:r>
        <w:t>Prompt mejorado con RICE (Parte 3) y resultado de Gemini.</w:t>
      </w:r>
    </w:p>
    <w:p w14:paraId="202A5F9B" w14:textId="77777777" w:rsidR="00945C67" w:rsidRDefault="00000000">
      <w:pPr>
        <w:pStyle w:val="Listaconvietas"/>
      </w:pPr>
      <w:r>
        <w:t>Prompt de integración con ecosistema Google (Parte 4) y resultado.</w:t>
      </w:r>
    </w:p>
    <w:p w14:paraId="14A27821" w14:textId="77777777" w:rsidR="00945C67" w:rsidRDefault="00000000">
      <w:pPr>
        <w:pStyle w:val="Listaconvietas"/>
      </w:pPr>
      <w:r>
        <w:t>Imagen generada con Nano Banana (Parte 5).</w:t>
      </w:r>
    </w:p>
    <w:p w14:paraId="37E75405" w14:textId="77777777" w:rsidR="00945C67" w:rsidRDefault="00000000">
      <w:pPr>
        <w:pStyle w:val="Listaconvietas"/>
      </w:pPr>
      <w:r>
        <w:t>Tabla comparativa y análisis (Parte 6).</w:t>
      </w:r>
    </w:p>
    <w:p w14:paraId="4A582B66" w14:textId="5512437C" w:rsidR="00945C67" w:rsidRDefault="00000000" w:rsidP="00AC1851">
      <w:pPr>
        <w:pStyle w:val="Listaconvietas"/>
      </w:pPr>
      <w:proofErr w:type="spellStart"/>
      <w:r>
        <w:t>Conclusión</w:t>
      </w:r>
      <w:proofErr w:type="spellEnd"/>
      <w:r>
        <w:t xml:space="preserve"> personal (</w:t>
      </w:r>
      <w:proofErr w:type="spellStart"/>
      <w:r>
        <w:t>Parte</w:t>
      </w:r>
      <w:proofErr w:type="spellEnd"/>
      <w:r>
        <w:t xml:space="preserve"> 7).</w:t>
      </w:r>
    </w:p>
    <w:p w14:paraId="2B5597EB" w14:textId="62E6B0B4" w:rsidR="00945C67" w:rsidRDefault="00000000">
      <w:r>
        <w:rPr>
          <w:b/>
          <w:color w:val="3D5A96"/>
        </w:rPr>
        <w:t xml:space="preserve">1.12 </w:t>
      </w:r>
      <w:proofErr w:type="spellStart"/>
      <w:r>
        <w:rPr>
          <w:b/>
          <w:color w:val="3D5A96"/>
        </w:rPr>
        <w:t>Conclusión</w:t>
      </w:r>
      <w:proofErr w:type="spellEnd"/>
      <w:r>
        <w:rPr>
          <w:b/>
          <w:color w:val="3D5A96"/>
        </w:rPr>
        <w:t xml:space="preserve"> Personal</w:t>
      </w:r>
    </w:p>
    <w:p w14:paraId="0DB1EB04" w14:textId="77777777" w:rsidR="00945C67" w:rsidRDefault="00000000">
      <w:r>
        <w:t>Redacte una conclusión con una extensión mínima de 150 palabras. Considere las siguientes preguntas:</w:t>
      </w:r>
    </w:p>
    <w:p w14:paraId="7D91A75B" w14:textId="77777777" w:rsidR="00945C67" w:rsidRDefault="00945C67"/>
    <w:p w14:paraId="57CE4305" w14:textId="77777777" w:rsidR="00945C67" w:rsidRDefault="00000000">
      <w:pPr>
        <w:pStyle w:val="Listaconvietas"/>
      </w:pPr>
      <w:r>
        <w:t>¿Qué aprendió durante esta práctica?</w:t>
      </w:r>
    </w:p>
    <w:p w14:paraId="1EEE057D" w14:textId="77777777" w:rsidR="00945C67" w:rsidRDefault="00000000">
      <w:pPr>
        <w:pStyle w:val="Listaconvietas"/>
      </w:pPr>
      <w:r>
        <w:t>¿Qué ventajas encontró al utilizar Gemini en comparación con otras herramientas?</w:t>
      </w:r>
    </w:p>
    <w:p w14:paraId="2C554AC1" w14:textId="77777777" w:rsidR="00945C67" w:rsidRDefault="00000000">
      <w:pPr>
        <w:pStyle w:val="Listaconvietas"/>
      </w:pPr>
      <w:r>
        <w:t>¿Cómo podría aplicar Gemini en su vida diaria o trabajo?</w:t>
      </w:r>
    </w:p>
    <w:p w14:paraId="5F218662" w14:textId="77777777" w:rsidR="00945C67" w:rsidRDefault="00000000">
      <w:pPr>
        <w:pStyle w:val="Listaconvietas"/>
      </w:pPr>
      <w:r>
        <w:t>¿Qué limitaciones observó en los resultados obtenidos?</w:t>
      </w:r>
    </w:p>
    <w:p w14:paraId="242D4741" w14:textId="77777777" w:rsidR="00945C67" w:rsidRDefault="00000000">
      <w:pPr>
        <w:pStyle w:val="Listaconvietas"/>
      </w:pPr>
      <w:r>
        <w:t>¿Cómo le pareció la calidad de las imágenes generadas con Nano Banana?</w:t>
      </w:r>
    </w:p>
    <w:p w14:paraId="7813406F" w14:textId="77777777" w:rsidR="00945C67" w:rsidRDefault="00000000">
      <w:r>
        <w:t>________________________________________________________________________________</w:t>
      </w:r>
    </w:p>
    <w:p w14:paraId="159BC888" w14:textId="77777777" w:rsidR="00945C67" w:rsidRDefault="00000000">
      <w:r>
        <w:t>________________________________________________________________________________</w:t>
      </w:r>
    </w:p>
    <w:p w14:paraId="1468B398" w14:textId="77777777" w:rsidR="00945C67" w:rsidRDefault="00000000">
      <w:r>
        <w:t>________________________________________________________________________________</w:t>
      </w:r>
    </w:p>
    <w:p w14:paraId="0FBE8BD0" w14:textId="77777777" w:rsidR="00945C67" w:rsidRDefault="00000000">
      <w:r>
        <w:t>________________________________________________________________________________</w:t>
      </w:r>
    </w:p>
    <w:p w14:paraId="1C0669E1" w14:textId="77777777" w:rsidR="00945C67" w:rsidRDefault="00000000">
      <w:r>
        <w:t>________________________________________________________________________________</w:t>
      </w:r>
    </w:p>
    <w:p w14:paraId="3D18A2DF" w14:textId="77777777" w:rsidR="00945C67" w:rsidRDefault="00000000">
      <w:r>
        <w:t>________________________________________________________________________________</w:t>
      </w:r>
    </w:p>
    <w:p w14:paraId="752D1F72" w14:textId="77777777" w:rsidR="00945C67" w:rsidRDefault="00945C67"/>
    <w:p w14:paraId="2E534208" w14:textId="77777777" w:rsidR="00AC1851" w:rsidRDefault="00AC1851"/>
    <w:p w14:paraId="16D78515" w14:textId="77777777" w:rsidR="00AC1851" w:rsidRDefault="00AC1851"/>
    <w:p w14:paraId="14B879B8" w14:textId="77777777" w:rsidR="00AC1851" w:rsidRDefault="00AC1851"/>
    <w:p w14:paraId="33DCA156" w14:textId="77777777" w:rsidR="00AC1851" w:rsidRDefault="00AC1851"/>
    <w:p w14:paraId="5F1C61D5" w14:textId="77777777" w:rsidR="00945C67" w:rsidRDefault="00000000">
      <w:r>
        <w:rPr>
          <w:b/>
          <w:color w:val="3D5A96"/>
        </w:rPr>
        <w:lastRenderedPageBreak/>
        <w:t>1.13 Rúbrica de Evaluación</w:t>
      </w:r>
    </w:p>
    <w:p w14:paraId="5EE20750" w14:textId="77777777" w:rsidR="00945C67" w:rsidRDefault="00945C67"/>
    <w:tbl>
      <w:tblPr>
        <w:tblStyle w:val="Cuadrculaclara-nfasis1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945C67" w14:paraId="16C0547C" w14:textId="77777777" w:rsidTr="00945C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203F6739" w14:textId="77777777" w:rsidR="00945C67" w:rsidRDefault="00000000">
            <w:r>
              <w:rPr>
                <w:color w:val="3D5A96"/>
              </w:rPr>
              <w:t>Criterio</w:t>
            </w:r>
          </w:p>
        </w:tc>
        <w:tc>
          <w:tcPr>
            <w:tcW w:w="4703" w:type="dxa"/>
          </w:tcPr>
          <w:p w14:paraId="3B67C369" w14:textId="77777777" w:rsidR="00945C67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3D5A96"/>
              </w:rPr>
              <w:t>Puntos</w:t>
            </w:r>
          </w:p>
        </w:tc>
      </w:tr>
      <w:tr w:rsidR="00945C67" w14:paraId="0A4DCA5F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6B75DB82" w14:textId="77777777" w:rsidR="00945C67" w:rsidRDefault="00000000">
            <w:r>
              <w:t>Identificación adecuada del problema</w:t>
            </w:r>
          </w:p>
        </w:tc>
        <w:tc>
          <w:tcPr>
            <w:tcW w:w="4703" w:type="dxa"/>
          </w:tcPr>
          <w:p w14:paraId="2372E87D" w14:textId="77777777" w:rsidR="00945C67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945C67" w14:paraId="7B2D9AC0" w14:textId="77777777" w:rsidTr="00945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65595283" w14:textId="77777777" w:rsidR="00945C67" w:rsidRDefault="00000000">
            <w:r>
              <w:t>Diseño del prompt inicial</w:t>
            </w:r>
          </w:p>
        </w:tc>
        <w:tc>
          <w:tcPr>
            <w:tcW w:w="4703" w:type="dxa"/>
          </w:tcPr>
          <w:p w14:paraId="2EBF47AE" w14:textId="77777777" w:rsidR="00945C67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</w:t>
            </w:r>
          </w:p>
        </w:tc>
      </w:tr>
      <w:tr w:rsidR="00945C67" w14:paraId="3B075C72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1F96AEF7" w14:textId="77777777" w:rsidR="00945C67" w:rsidRDefault="00000000">
            <w:r>
              <w:t>Aplicación de ingeniería de prompts (RICE)</w:t>
            </w:r>
          </w:p>
        </w:tc>
        <w:tc>
          <w:tcPr>
            <w:tcW w:w="4703" w:type="dxa"/>
          </w:tcPr>
          <w:p w14:paraId="72C2ECE7" w14:textId="77777777" w:rsidR="00945C67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</w:p>
        </w:tc>
      </w:tr>
      <w:tr w:rsidR="00945C67" w14:paraId="3A11C046" w14:textId="77777777" w:rsidTr="00945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24724514" w14:textId="77777777" w:rsidR="00945C67" w:rsidRDefault="00000000">
            <w:r>
              <w:t>Calidad del prompt mejorado</w:t>
            </w:r>
          </w:p>
        </w:tc>
        <w:tc>
          <w:tcPr>
            <w:tcW w:w="4703" w:type="dxa"/>
          </w:tcPr>
          <w:p w14:paraId="4ED0C491" w14:textId="77777777" w:rsidR="00945C67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20</w:t>
            </w:r>
          </w:p>
        </w:tc>
      </w:tr>
      <w:tr w:rsidR="00945C67" w14:paraId="672ECFDF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560A0FDA" w14:textId="77777777" w:rsidR="00945C67" w:rsidRDefault="00000000">
            <w:r>
              <w:t>Integración con ecosistema Google</w:t>
            </w:r>
          </w:p>
        </w:tc>
        <w:tc>
          <w:tcPr>
            <w:tcW w:w="4703" w:type="dxa"/>
          </w:tcPr>
          <w:p w14:paraId="5B0EF08A" w14:textId="77777777" w:rsidR="00945C67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</w:tr>
      <w:tr w:rsidR="00945C67" w14:paraId="44244C25" w14:textId="77777777" w:rsidTr="00945C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09E993E1" w14:textId="77777777" w:rsidR="00945C67" w:rsidRDefault="00000000">
            <w:r>
              <w:t>Generación de imagen (Nano Banana)</w:t>
            </w:r>
          </w:p>
        </w:tc>
        <w:tc>
          <w:tcPr>
            <w:tcW w:w="4703" w:type="dxa"/>
          </w:tcPr>
          <w:p w14:paraId="60DAC77F" w14:textId="77777777" w:rsidR="00945C67" w:rsidRDefault="0000000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10</w:t>
            </w:r>
          </w:p>
        </w:tc>
      </w:tr>
      <w:tr w:rsidR="00945C67" w14:paraId="1415C0D6" w14:textId="77777777" w:rsidTr="00945C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3" w:type="dxa"/>
          </w:tcPr>
          <w:p w14:paraId="3F8A0EB1" w14:textId="77777777" w:rsidR="00945C67" w:rsidRDefault="00000000">
            <w:r>
              <w:t>Total</w:t>
            </w:r>
          </w:p>
        </w:tc>
        <w:tc>
          <w:tcPr>
            <w:tcW w:w="4703" w:type="dxa"/>
          </w:tcPr>
          <w:p w14:paraId="2E6281AE" w14:textId="77777777" w:rsidR="00945C67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</w:rPr>
              <w:t>100</w:t>
            </w:r>
          </w:p>
        </w:tc>
      </w:tr>
    </w:tbl>
    <w:p w14:paraId="2193964E" w14:textId="77777777" w:rsidR="00945C67" w:rsidRDefault="00945C67"/>
    <w:p w14:paraId="4F80CCEA" w14:textId="3226337D" w:rsidR="00945C67" w:rsidRDefault="00000000">
      <w:r>
        <w:rPr>
          <w:b/>
          <w:color w:val="3D5A96"/>
        </w:rPr>
        <w:t xml:space="preserve">1.14 </w:t>
      </w:r>
      <w:proofErr w:type="spellStart"/>
      <w:r>
        <w:rPr>
          <w:b/>
          <w:color w:val="3D5A96"/>
        </w:rPr>
        <w:t>Competencias</w:t>
      </w:r>
      <w:proofErr w:type="spellEnd"/>
      <w:r>
        <w:rPr>
          <w:b/>
          <w:color w:val="3D5A96"/>
        </w:rPr>
        <w:t xml:space="preserve"> </w:t>
      </w:r>
      <w:proofErr w:type="spellStart"/>
      <w:r>
        <w:rPr>
          <w:b/>
          <w:color w:val="3D5A96"/>
        </w:rPr>
        <w:t>Desarrolladas</w:t>
      </w:r>
      <w:proofErr w:type="spellEnd"/>
    </w:p>
    <w:p w14:paraId="1B4203ED" w14:textId="77777777" w:rsidR="00945C67" w:rsidRDefault="00000000">
      <w:r>
        <w:t>Al finalizar esta práctica, el participante habrá demostrado las siguientes competencias:</w:t>
      </w:r>
    </w:p>
    <w:p w14:paraId="4E9D698C" w14:textId="77777777" w:rsidR="00945C67" w:rsidRDefault="00945C67"/>
    <w:p w14:paraId="07E70085" w14:textId="77777777" w:rsidR="00945C67" w:rsidRDefault="00000000">
      <w:pPr>
        <w:pStyle w:val="Listaconvietas"/>
      </w:pPr>
      <w:r>
        <w:t>Uso de Gemini para resolver necesidades reales del contexto cotidiano.</w:t>
      </w:r>
    </w:p>
    <w:p w14:paraId="440BADEE" w14:textId="77777777" w:rsidR="00945C67" w:rsidRDefault="00000000">
      <w:pPr>
        <w:pStyle w:val="Listaconvietas"/>
      </w:pPr>
      <w:r>
        <w:t>Aplicación de la estructura RICE (Rol, Instrucción, Contexto, Ejecución) para crear prompts profesionales.</w:t>
      </w:r>
    </w:p>
    <w:p w14:paraId="0F1C6578" w14:textId="77777777" w:rsidR="00945C67" w:rsidRDefault="00000000">
      <w:pPr>
        <w:pStyle w:val="Listaconvietas"/>
      </w:pPr>
      <w:r>
        <w:t>Integración de Gemini con el ecosistema Google (Gmail, Drive, Calendar) para obtener respuestas personalizadas.</w:t>
      </w:r>
    </w:p>
    <w:p w14:paraId="4F6D768C" w14:textId="77777777" w:rsidR="00945C67" w:rsidRDefault="00000000">
      <w:pPr>
        <w:pStyle w:val="Listaconvietas"/>
      </w:pPr>
      <w:r>
        <w:t>Generación de imágenes con Nano Banana aplicando técnicas de consistencia visual y descripción detallada.</w:t>
      </w:r>
    </w:p>
    <w:p w14:paraId="3569BD6A" w14:textId="77777777" w:rsidR="00945C67" w:rsidRDefault="00000000">
      <w:pPr>
        <w:pStyle w:val="Listaconvietas"/>
      </w:pPr>
      <w:r>
        <w:t>Análisis crítico de los resultados obtenidos y mejora continua mediante iteración de prompts.</w:t>
      </w:r>
    </w:p>
    <w:p w14:paraId="34945C35" w14:textId="77777777" w:rsidR="00945C67" w:rsidRDefault="00000000">
      <w:pPr>
        <w:pStyle w:val="Listaconvietas"/>
      </w:pPr>
      <w:r>
        <w:t>Comprensión de las capacidades multimodales de Gemini como herramienta de productividad personal y profesional.</w:t>
      </w:r>
    </w:p>
    <w:sectPr w:rsidR="00945C67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10772">
    <w:abstractNumId w:val="8"/>
  </w:num>
  <w:num w:numId="2" w16cid:durableId="1577979332">
    <w:abstractNumId w:val="6"/>
  </w:num>
  <w:num w:numId="3" w16cid:durableId="933514286">
    <w:abstractNumId w:val="5"/>
  </w:num>
  <w:num w:numId="4" w16cid:durableId="175579714">
    <w:abstractNumId w:val="4"/>
  </w:num>
  <w:num w:numId="5" w16cid:durableId="1832722189">
    <w:abstractNumId w:val="7"/>
  </w:num>
  <w:num w:numId="6" w16cid:durableId="1109741950">
    <w:abstractNumId w:val="3"/>
  </w:num>
  <w:num w:numId="7" w16cid:durableId="67459916">
    <w:abstractNumId w:val="2"/>
  </w:num>
  <w:num w:numId="8" w16cid:durableId="1683317726">
    <w:abstractNumId w:val="1"/>
  </w:num>
  <w:num w:numId="9" w16cid:durableId="1027563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45C67"/>
    <w:rsid w:val="00AA1D8D"/>
    <w:rsid w:val="00AC1851"/>
    <w:rsid w:val="00B47730"/>
    <w:rsid w:val="00BE6C9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3D8599"/>
  <w14:defaultImageDpi w14:val="300"/>
  <w15:docId w15:val="{3547C455-050B-4632-8B94-A4ACF729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1160</Words>
  <Characters>6382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Hector Miguel Palomares Maldonado</cp:lastModifiedBy>
  <cp:revision>2</cp:revision>
  <dcterms:created xsi:type="dcterms:W3CDTF">2013-12-23T23:15:00Z</dcterms:created>
  <dcterms:modified xsi:type="dcterms:W3CDTF">2026-06-14T05:27:00Z</dcterms:modified>
  <cp:category/>
</cp:coreProperties>
</file>